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C1F" w:rsidRPr="007C2091" w:rsidRDefault="007C2091" w:rsidP="007C209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l-GR"/>
        </w:rPr>
      </w:pPr>
      <w:r w:rsidRPr="007C2091">
        <w:rPr>
          <w:rFonts w:ascii="Times New Roman" w:hAnsi="Times New Roman" w:cs="Times New Roman"/>
          <w:b/>
          <w:bCs/>
          <w:sz w:val="28"/>
          <w:szCs w:val="28"/>
          <w:lang w:val="el-GR"/>
        </w:rPr>
        <w:t xml:space="preserve">Ερωτηματολόγιο Εισαγωγή Τεχνολογιών </w:t>
      </w:r>
      <w:r w:rsidRPr="007C2091">
        <w:rPr>
          <w:rFonts w:ascii="Times New Roman" w:hAnsi="Times New Roman" w:cs="Times New Roman"/>
          <w:b/>
          <w:bCs/>
          <w:sz w:val="28"/>
          <w:szCs w:val="28"/>
        </w:rPr>
        <w:t>AI</w:t>
      </w:r>
      <w:r w:rsidRPr="007C2091">
        <w:rPr>
          <w:rFonts w:ascii="Times New Roman" w:hAnsi="Times New Roman" w:cs="Times New Roman"/>
          <w:b/>
          <w:bCs/>
          <w:sz w:val="28"/>
          <w:szCs w:val="28"/>
          <w:lang w:val="el-GR"/>
        </w:rPr>
        <w:t xml:space="preserve"> και </w:t>
      </w:r>
      <w:r w:rsidRPr="007C2091">
        <w:rPr>
          <w:rFonts w:ascii="Times New Roman" w:hAnsi="Times New Roman" w:cs="Times New Roman"/>
          <w:b/>
          <w:bCs/>
          <w:sz w:val="28"/>
          <w:szCs w:val="28"/>
        </w:rPr>
        <w:t>ML</w:t>
      </w:r>
      <w:r w:rsidRPr="007C2091">
        <w:rPr>
          <w:rFonts w:ascii="Times New Roman" w:hAnsi="Times New Roman" w:cs="Times New Roman"/>
          <w:b/>
          <w:bCs/>
          <w:sz w:val="28"/>
          <w:szCs w:val="28"/>
          <w:lang w:val="el-GR"/>
        </w:rPr>
        <w:t xml:space="preserve"> στον Ξενοδοχειακό Τομέα: Προκλήσεις και Ευκαιρίες</w:t>
      </w:r>
    </w:p>
    <w:p w:rsidR="00E34C1F" w:rsidRPr="007C2091" w:rsidRDefault="007C2091" w:rsidP="007C2091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b/>
          <w:bCs/>
          <w:sz w:val="24"/>
          <w:szCs w:val="24"/>
          <w:lang w:val="el-GR"/>
        </w:rPr>
        <w:t>Αγαπητέ/ή κύριε/κυρία,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br/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br/>
        <w:t>Στο πλαίσιο μεταπτυχιακής μελέτης που εκπονείται σε ελληνικό πανεπιστήμιο, διεξάγεται η παρούσα έρευνα με σκοπό τη διερεύνηση της ενσωμάτωσης τεχνολογιών Τεχνητής Νοημοσύνης (</w:t>
      </w:r>
      <w:r w:rsidRPr="007C2091">
        <w:rPr>
          <w:rFonts w:ascii="Times New Roman" w:hAnsi="Times New Roman" w:cs="Times New Roman"/>
          <w:sz w:val="24"/>
          <w:szCs w:val="24"/>
        </w:rPr>
        <w:t>AI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) και Μηχανικής Μάθησης (</w:t>
      </w:r>
      <w:r w:rsidRPr="007C2091">
        <w:rPr>
          <w:rFonts w:ascii="Times New Roman" w:hAnsi="Times New Roman" w:cs="Times New Roman"/>
          <w:sz w:val="24"/>
          <w:szCs w:val="24"/>
        </w:rPr>
        <w:t>ML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) στον ξενοδοχειακό κλάδο στην Ελλάδα.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Η συμμετοχή σας είναι πολύτιμη. Το ερωτηματολόγιο περιλαμβάνει 11 ερωτήσεις ανοιχτού τύπου και η απάντηση διαρκεί περίπου 10–15 λεπτά. Όλες οι απαντήσεις είναι ανώνυμες και θα χρησιμοποιηθούν αποκλειστικά για ακαδημαϊκούς σκοπούς.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br/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br/>
        <w:t>Ευχαριστούμε εκ των προτέρων για τη συμβολή σας!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Ποια είναι η θέση σας στο ξενοδοχείο ή στον ξενοδοχειακό όμιλο;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Τι κατηγορίας είναι η επιχείρησή σας; </w:t>
      </w:r>
      <w:r w:rsidRPr="007C2091">
        <w:rPr>
          <w:rFonts w:ascii="Times New Roman" w:hAnsi="Times New Roman" w:cs="Times New Roman"/>
          <w:sz w:val="24"/>
          <w:szCs w:val="24"/>
        </w:rPr>
        <w:t>(π.χ. Boutique, 3*, 4*, 5*, All-inclusive κλπ.)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Σε ποια γεωγραφική περιοχή βρίσκεται η μονάδα ή ο όμιλός σας;</w:t>
      </w:r>
    </w:p>
    <w:p w:rsidR="007C2091" w:rsidRP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Χρησιμοποιείτε σήμερα τεχνολογίες Τεχνητής Νοημοσύνης (</w:t>
      </w:r>
      <w:r w:rsidRPr="007C2091">
        <w:rPr>
          <w:rFonts w:ascii="Times New Roman" w:hAnsi="Times New Roman" w:cs="Times New Roman"/>
          <w:sz w:val="24"/>
          <w:szCs w:val="24"/>
        </w:rPr>
        <w:t>AI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) ή/και Μηχανικής Μάθησης (</w:t>
      </w:r>
      <w:r w:rsidRPr="007C2091">
        <w:rPr>
          <w:rFonts w:ascii="Times New Roman" w:hAnsi="Times New Roman" w:cs="Times New Roman"/>
          <w:sz w:val="24"/>
          <w:szCs w:val="24"/>
        </w:rPr>
        <w:t>ML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) στη λειτουργία της επιχείρησής σας; Αν ναι, σε ποιους τομείς</w:t>
      </w:r>
      <w:r w:rsidRPr="007C2091">
        <w:rPr>
          <w:rFonts w:ascii="Times New Roman" w:hAnsi="Times New Roman" w:cs="Times New Roman"/>
          <w:sz w:val="24"/>
          <w:szCs w:val="24"/>
        </w:rPr>
        <w:t>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Ποιες τεχνολογικές λύσεις έχετε αξιοποιήσει (π.χ. λογισμικά, αυτοματισμοί, συνεργασίες με </w:t>
      </w:r>
      <w:r w:rsidRPr="007C2091">
        <w:rPr>
          <w:rFonts w:ascii="Times New Roman" w:hAnsi="Times New Roman" w:cs="Times New Roman"/>
          <w:sz w:val="24"/>
          <w:szCs w:val="24"/>
        </w:rPr>
        <w:t>startups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);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Ποια είναι τα σημαντικότερα εμπόδια που συναντήσατε κατά την υιοθέτηση ή τη λειτουργία αυτών των τεχνολογιών;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Θεωρείτε ότι τα στελέχη και το προσωπικό της επιχείρησης είναι επαρκώς καταρτισμένα για να χρησιμοποιούν τις νέες τεχνολογίες </w:t>
      </w:r>
      <w:r w:rsidRPr="007C2091">
        <w:rPr>
          <w:rFonts w:ascii="Times New Roman" w:hAnsi="Times New Roman" w:cs="Times New Roman"/>
          <w:sz w:val="24"/>
          <w:szCs w:val="24"/>
        </w:rPr>
        <w:t>AI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/</w:t>
      </w:r>
      <w:r w:rsidRPr="007C2091">
        <w:rPr>
          <w:rFonts w:ascii="Times New Roman" w:hAnsi="Times New Roman" w:cs="Times New Roman"/>
          <w:sz w:val="24"/>
          <w:szCs w:val="24"/>
        </w:rPr>
        <w:t>ML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Ποιες αλλαγές έχετε παρατηρήσει (θετικές ή αρνητικές) στη λειτουργία της επιχείρησης ή στην εμπειρία του πελάτη λόγω της χρήσης αυτών των τεχνολογιών;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>Πώς βλέπετε την εξέλιξη της Τεχνητής Νοημοσύνης και της Μηχανικής Μάθησης στον ξενοδοχειακό τομέα τα επόμενα 3–5 χρόνια;</w:t>
      </w:r>
    </w:p>
    <w:p w:rsid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Υπάρχουν για εσάς ανησυχίες σχετικά με την προστασία των προσωπικών δεδομένων ή τη συμμόρφωση με τον </w:t>
      </w:r>
      <w:r w:rsidRPr="007C2091">
        <w:rPr>
          <w:rFonts w:ascii="Times New Roman" w:hAnsi="Times New Roman" w:cs="Times New Roman"/>
          <w:sz w:val="24"/>
          <w:szCs w:val="24"/>
        </w:rPr>
        <w:t>GDPR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>; Πώς τις αντιμετωπίζετε;</w:t>
      </w:r>
    </w:p>
    <w:p w:rsidR="00E34C1F" w:rsidRPr="007C2091" w:rsidRDefault="007C2091" w:rsidP="007C2091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el-GR"/>
        </w:rPr>
      </w:pP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Τι θα συμβουλεύατε έναν ξενοδόχο που θέλει να ξεκινήσει τώρα την ενσωμάτωση ΤΝ και </w:t>
      </w:r>
      <w:r w:rsidRPr="007C2091">
        <w:rPr>
          <w:rFonts w:ascii="Times New Roman" w:hAnsi="Times New Roman" w:cs="Times New Roman"/>
          <w:sz w:val="24"/>
          <w:szCs w:val="24"/>
        </w:rPr>
        <w:t>ML</w:t>
      </w:r>
      <w:r w:rsidRPr="007C2091">
        <w:rPr>
          <w:rFonts w:ascii="Times New Roman" w:hAnsi="Times New Roman" w:cs="Times New Roman"/>
          <w:sz w:val="24"/>
          <w:szCs w:val="24"/>
          <w:lang w:val="el-GR"/>
        </w:rPr>
        <w:t xml:space="preserve"> στην επιχείρησή του; </w:t>
      </w:r>
      <w:r w:rsidRPr="007C2091">
        <w:rPr>
          <w:rFonts w:ascii="Times New Roman" w:hAnsi="Times New Roman" w:cs="Times New Roman"/>
          <w:sz w:val="24"/>
          <w:szCs w:val="24"/>
        </w:rPr>
        <w:t>Ποιες πρακτικές προτείνετε;</w:t>
      </w:r>
    </w:p>
    <w:sectPr w:rsidR="00E34C1F" w:rsidRPr="007C209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12D293F"/>
    <w:multiLevelType w:val="hybridMultilevel"/>
    <w:tmpl w:val="9400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B47730"/>
    <w:rsid w:val="00034616"/>
    <w:rsid w:val="0006063C"/>
    <w:rsid w:val="000F58A9"/>
    <w:rsid w:val="0015074B"/>
    <w:rsid w:val="0029639D"/>
    <w:rsid w:val="00326F90"/>
    <w:rsid w:val="006A744B"/>
    <w:rsid w:val="007C2091"/>
    <w:rsid w:val="00AA1D8D"/>
    <w:rsid w:val="00B47730"/>
    <w:rsid w:val="00CB0664"/>
    <w:rsid w:val="00E34C1F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εισαγωγικό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DC1EEC1-5065-466F-92A2-49173104E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:description>generated by python-docx</dc:description>
  <cp:lastModifiedBy>lenovo</cp:lastModifiedBy>
  <cp:revision>2</cp:revision>
  <dcterms:created xsi:type="dcterms:W3CDTF">2025-05-30T07:46:00Z</dcterms:created>
  <dcterms:modified xsi:type="dcterms:W3CDTF">2025-05-30T07:46:00Z</dcterms:modified>
</cp:coreProperties>
</file>